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נושאים ורעיונות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הנושאים המרכזיים בסיפור: חברות, תדמית, בושה, נאמנות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יחסי הגיבורים ועל השפעת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ביטוי אישי בכתיבה על ערכים וריגשות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גיל ההתבגרות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תדמית של נער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בעוני ובאמו הפשוטה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'נדבק' גם למספר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את הלימודים ואת הילדות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בגד בו ברגע אחד של כעס.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התדמית נבנתה מפרטים חיצוניים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בנושאים.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הבוז 'נדבק' גם למספר.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מתחרט כל חייו על מילה פוגעת.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נושא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(קשר עמוק שיכול להישבר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(דימוי שנבנה מפרטים חיצוניים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(הסתרה שהובילה בסוף לבדידות)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(הערצה שהפכה בהדרגה לנקמה)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(רגע כעס אחד ששינה הכל)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(מילה פוגעת שמהדהדת שנים 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 הערצה, קרבה, אבל גם פחד, בושה ובגידה.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לרגע מהעלילה ולבחירה אפשרית אחרת.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 רלוונטית המראה הבנה של הקשר בין בושה להעמדת פנים.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עוני ואם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הבוז מתפשט ומשפיע גם על יחידים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בגידה ברגע כעס, מילה פוגעת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המילה 'בושה'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הכתיבה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להשאיר זמן לשיתוף קצר של תשובות מהחלק הפתוח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נושאים ורעיונות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שני חברים. החברות שלהם נשברת כי אחד מתבייש והשני לא תמיד עוזר לו. נלמד על הרגשות והבעיות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חזקה של הערכה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תדמית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אנשים רואים מישהו מבחוץ, לא תמיד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לא נעימה כשמשהו מרגיש פחות טוב מאחרים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לפגוע במישהו שסמך עלינו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להישאר לצד מישהו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חברים או בני 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רעה על משהו שעשינו בעבר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של אדם לבד, בלי 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החברות יכולה להישבר בקלות?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גיל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 ההתבגרות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 הינקות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תמונה חשבו עליו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תדמית של נער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תדמית של נער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תדמית של נער חכם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תדמית של נער מפוחד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הוא פחד שידעו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בגובה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בעוני ובאמו הפשוטה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בציונים הגבוהים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בשם המשפחה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לרגשות הרעים של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'נדבק' גם למספר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להערצה כלפיו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רק בין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עוד נלקח ממנו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ביתו ואת כספו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הלימודים ואת הילדות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שמו הטוב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חבריו הקרובים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תמיד ידע לעמוד לצד חברו ברגעי אמת.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הכירה את החבר לעומק, ולא רק לפי תדמית חיצונית.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הבושה של החבר בעוני הובילה אותו להעמיד 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בוז קבוצתי יכול להשפיע גם על מי שלא התכוון להשתתף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הבוגר שמח על כל מה שקרה ולא מתחרט על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נושא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חברות והערצה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רגע כעס אחד ששינה הכל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תדמית מול מציאות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פוגעת שמהדהדת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עוני ובושה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הערצה שהפכה בהדרגה לנקמה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כוחה של החבורה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דימוי שנבנה מפרטים חיצוניים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נאמנות ובגידה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 עמוק שיכול להישבר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אשמה וזיכרון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הסתרה שהובילה בסוף לבדידות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הכיתה בנתה תדמית של נער __________ מתוך פרטים חיצוניים.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החבר התבייש בעוני וב__________ הפשוטה.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הבושה הובילה להעמדת פנים ואחר כך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הבוז של הכיתה 'נדבק' גם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המספר הבוגר מ__________ כל חייו על מה שקרה.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חיובי ומה שלילי בחברות בין המספר לחבר?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רגע אחד שבו, לדעתכם, יכול היה המספר לעצור את ההידרדרות ביחסים.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חשבו על דוגמה מהחיים, מסדרה או מספר, להעמדת פנים מתוך בושה. תארו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הדוגמה המרכזית לבושה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הקבוצה בהפיכת הערצה לנקמה?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המספר הבוגר מתחרט?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נושאים ורעיונות בסיפור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